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9D594" w14:textId="77777777" w:rsidR="001C46FF" w:rsidRDefault="001C46FF">
      <w:pPr>
        <w:spacing w:after="320"/>
        <w:jc w:val="center"/>
        <w:rPr>
          <w:rFonts w:ascii="新細明體" w:eastAsia="新細明體" w:hAnsi="新細明體"/>
          <w:b/>
          <w:color w:val="003366"/>
          <w:sz w:val="32"/>
          <w:szCs w:val="24"/>
          <w:lang w:eastAsia="zh-TW"/>
        </w:rPr>
      </w:pPr>
      <w:r w:rsidRPr="004964C1">
        <w:rPr>
          <w:rFonts w:ascii="新細明體" w:eastAsia="新細明體" w:hAnsi="新細明體"/>
          <w:b/>
          <w:color w:val="003366"/>
          <w:sz w:val="32"/>
          <w:szCs w:val="24"/>
          <w:lang w:eastAsia="zh-TW"/>
        </w:rPr>
        <w:t>【政大百年校慶暨雄鷹十</w:t>
      </w:r>
      <w:r>
        <w:rPr>
          <w:rFonts w:ascii="新細明體" w:eastAsia="新細明體" w:hAnsi="新細明體" w:hint="eastAsia"/>
          <w:b/>
          <w:color w:val="003366"/>
          <w:sz w:val="32"/>
          <w:szCs w:val="24"/>
          <w:lang w:eastAsia="zh-TW"/>
        </w:rPr>
        <w:t>週年</w:t>
      </w:r>
      <w:r w:rsidRPr="004964C1">
        <w:rPr>
          <w:rFonts w:ascii="新細明體" w:eastAsia="新細明體" w:hAnsi="新細明體"/>
          <w:b/>
          <w:color w:val="003366"/>
          <w:sz w:val="32"/>
          <w:szCs w:val="24"/>
          <w:lang w:eastAsia="zh-TW"/>
        </w:rPr>
        <w:t>】創意影片</w:t>
      </w:r>
      <w:r>
        <w:rPr>
          <w:rFonts w:ascii="新細明體" w:eastAsia="新細明體" w:hAnsi="新細明體" w:hint="eastAsia"/>
          <w:b/>
          <w:color w:val="003366"/>
          <w:sz w:val="32"/>
          <w:szCs w:val="24"/>
          <w:lang w:eastAsia="zh-TW"/>
        </w:rPr>
        <w:t>競賽</w:t>
      </w:r>
    </w:p>
    <w:p w14:paraId="5352E9BD" w14:textId="3884A9FB" w:rsidR="00001B87" w:rsidRDefault="00000000">
      <w:pPr>
        <w:spacing w:after="320"/>
        <w:jc w:val="center"/>
        <w:rPr>
          <w:lang w:eastAsia="zh-TW"/>
        </w:rPr>
      </w:pPr>
      <w:r>
        <w:rPr>
          <w:b/>
          <w:color w:val="003366"/>
          <w:sz w:val="36"/>
          <w:lang w:eastAsia="zh-TW"/>
        </w:rPr>
        <w:t>個人資料保護聲明書</w:t>
      </w:r>
    </w:p>
    <w:p w14:paraId="2EDDDB51" w14:textId="68795E99" w:rsidR="00001B87" w:rsidRPr="001C46FF" w:rsidRDefault="00000000">
      <w:pPr>
        <w:spacing w:after="240" w:line="300" w:lineRule="auto"/>
        <w:rPr>
          <w:rFonts w:ascii="新細明體" w:eastAsia="新細明體" w:hAnsi="新細明體"/>
          <w:sz w:val="24"/>
          <w:szCs w:val="24"/>
          <w:lang w:eastAsia="zh-TW"/>
        </w:rPr>
      </w:pPr>
      <w:r w:rsidRPr="001C46FF">
        <w:rPr>
          <w:rFonts w:ascii="新細明體" w:eastAsia="新細明體" w:hAnsi="新細明體"/>
          <w:sz w:val="24"/>
          <w:szCs w:val="24"/>
          <w:lang w:eastAsia="zh-TW"/>
        </w:rPr>
        <w:t>本活動主辦單位(以下簡稱主辦單位)為辦理「</w:t>
      </w:r>
      <w:r w:rsidR="001C46FF" w:rsidRPr="001C46FF">
        <w:rPr>
          <w:rFonts w:ascii="新細明體" w:eastAsia="新細明體" w:hAnsi="新細明體"/>
          <w:sz w:val="24"/>
          <w:szCs w:val="24"/>
          <w:lang w:eastAsia="zh-TW"/>
        </w:rPr>
        <w:t>政大百年校慶暨雄鷹</w:t>
      </w:r>
      <w:r w:rsidR="001C46FF" w:rsidRPr="001C46FF">
        <w:rPr>
          <w:rFonts w:ascii="新細明體" w:eastAsia="新細明體" w:hAnsi="新細明體" w:hint="eastAsia"/>
          <w:sz w:val="24"/>
          <w:szCs w:val="24"/>
          <w:lang w:eastAsia="zh-TW"/>
        </w:rPr>
        <w:t>十</w:t>
      </w:r>
      <w:r w:rsidR="001C46FF" w:rsidRPr="001C46FF">
        <w:rPr>
          <w:rFonts w:ascii="新細明體" w:eastAsia="新細明體" w:hAnsi="新細明體"/>
          <w:sz w:val="24"/>
          <w:szCs w:val="24"/>
          <w:lang w:eastAsia="zh-TW"/>
        </w:rPr>
        <w:t>週年創意影片</w:t>
      </w:r>
      <w:r w:rsidR="001C46FF" w:rsidRPr="001C46FF">
        <w:rPr>
          <w:rFonts w:ascii="新細明體" w:eastAsia="新細明體" w:hAnsi="新細明體" w:hint="eastAsia"/>
          <w:sz w:val="24"/>
          <w:szCs w:val="24"/>
          <w:lang w:eastAsia="zh-TW"/>
        </w:rPr>
        <w:t>競賽</w:t>
      </w:r>
      <w:r w:rsidRPr="001C46FF">
        <w:rPr>
          <w:rFonts w:ascii="新細明體" w:eastAsia="新細明體" w:hAnsi="新細明體"/>
          <w:sz w:val="24"/>
          <w:szCs w:val="24"/>
          <w:lang w:eastAsia="zh-TW"/>
        </w:rPr>
        <w:t>」(以下簡稱本活動)之報名、評選、頒獎、媒體宣傳及後續聯繫等相關業務</w:t>
      </w:r>
      <w:r w:rsidR="001C46FF">
        <w:rPr>
          <w:rFonts w:ascii="新細明體" w:eastAsia="新細明體" w:hAnsi="新細明體"/>
          <w:sz w:val="24"/>
          <w:szCs w:val="24"/>
          <w:lang w:eastAsia="zh-TW"/>
        </w:rPr>
        <w:t>，</w:t>
      </w:r>
      <w:r w:rsidRPr="001C46FF">
        <w:rPr>
          <w:rFonts w:ascii="新細明體" w:eastAsia="新細明體" w:hAnsi="新細明體"/>
          <w:sz w:val="24"/>
          <w:szCs w:val="24"/>
          <w:lang w:eastAsia="zh-TW"/>
        </w:rPr>
        <w:t>將依據中華民國《個人資料保護法》(以下簡稱個資法)之規定</w:t>
      </w:r>
      <w:r w:rsidR="001C46FF">
        <w:rPr>
          <w:rFonts w:ascii="新細明體" w:eastAsia="新細明體" w:hAnsi="新細明體"/>
          <w:sz w:val="24"/>
          <w:szCs w:val="24"/>
          <w:lang w:eastAsia="zh-TW"/>
        </w:rPr>
        <w:t>，</w:t>
      </w:r>
      <w:r w:rsidRPr="001C46FF">
        <w:rPr>
          <w:rFonts w:ascii="新細明體" w:eastAsia="新細明體" w:hAnsi="新細明體"/>
          <w:sz w:val="24"/>
          <w:szCs w:val="24"/>
          <w:lang w:eastAsia="zh-TW"/>
        </w:rPr>
        <w:t>蒐集、處理及利用</w:t>
      </w:r>
      <w:r w:rsidR="001C46FF">
        <w:rPr>
          <w:rFonts w:ascii="新細明體" w:eastAsia="新細明體" w:hAnsi="新細明體" w:hint="eastAsia"/>
          <w:sz w:val="24"/>
          <w:szCs w:val="24"/>
          <w:lang w:eastAsia="zh-TW"/>
        </w:rPr>
        <w:t>立同意書人</w:t>
      </w:r>
      <w:r w:rsidRPr="001C46FF">
        <w:rPr>
          <w:rFonts w:ascii="新細明體" w:eastAsia="新細明體" w:hAnsi="新細明體"/>
          <w:sz w:val="24"/>
          <w:szCs w:val="24"/>
          <w:lang w:eastAsia="zh-TW"/>
        </w:rPr>
        <w:t>的個人資料。請於報名前詳細閱讀本聲明書之各項條款</w:t>
      </w:r>
      <w:r w:rsidR="001C46FF">
        <w:rPr>
          <w:rFonts w:ascii="新細明體" w:eastAsia="新細明體" w:hAnsi="新細明體"/>
          <w:sz w:val="24"/>
          <w:szCs w:val="24"/>
          <w:lang w:eastAsia="zh-TW"/>
        </w:rPr>
        <w:t>：</w:t>
      </w:r>
    </w:p>
    <w:p w14:paraId="10337C3C" w14:textId="77777777" w:rsidR="00001B87" w:rsidRPr="001C46FF" w:rsidRDefault="00000000">
      <w:pPr>
        <w:spacing w:before="160" w:after="80"/>
        <w:rPr>
          <w:rFonts w:ascii="新細明體" w:eastAsia="新細明體" w:hAnsi="新細明體"/>
          <w:sz w:val="24"/>
          <w:szCs w:val="24"/>
          <w:lang w:eastAsia="zh-TW"/>
        </w:rPr>
      </w:pPr>
      <w:r w:rsidRPr="001C46FF">
        <w:rPr>
          <w:rFonts w:ascii="新細明體" w:eastAsia="新細明體" w:hAnsi="新細明體"/>
          <w:b/>
          <w:color w:val="003366"/>
          <w:sz w:val="24"/>
          <w:szCs w:val="24"/>
          <w:lang w:eastAsia="zh-TW"/>
        </w:rPr>
        <w:t>一、個人資料之蒐集目的</w:t>
      </w:r>
    </w:p>
    <w:p w14:paraId="2231BA0E" w14:textId="6AE122AF" w:rsidR="00001B87" w:rsidRPr="001C46FF" w:rsidRDefault="00000000">
      <w:pPr>
        <w:spacing w:line="300" w:lineRule="auto"/>
        <w:rPr>
          <w:rFonts w:ascii="新細明體" w:eastAsia="新細明體" w:hAnsi="新細明體"/>
          <w:sz w:val="24"/>
          <w:szCs w:val="24"/>
          <w:lang w:eastAsia="zh-TW"/>
        </w:rPr>
      </w:pPr>
      <w:r w:rsidRPr="001C46FF">
        <w:rPr>
          <w:rFonts w:ascii="新細明體" w:eastAsia="新細明體" w:hAnsi="新細明體"/>
          <w:sz w:val="24"/>
          <w:szCs w:val="24"/>
          <w:lang w:eastAsia="zh-TW"/>
        </w:rPr>
        <w:t>主辦單位基於本活動之組織報名、身分核對、競賽評選、活動聯繫、獎項發放、成果發表、媒體報導及租稅申報等與本活動直接相關之目的</w:t>
      </w:r>
      <w:r w:rsidR="001C46FF">
        <w:rPr>
          <w:rFonts w:ascii="新細明體" w:eastAsia="新細明體" w:hAnsi="新細明體"/>
          <w:sz w:val="24"/>
          <w:szCs w:val="24"/>
          <w:lang w:eastAsia="zh-TW"/>
        </w:rPr>
        <w:t>，</w:t>
      </w:r>
      <w:r w:rsidRPr="001C46FF">
        <w:rPr>
          <w:rFonts w:ascii="新細明體" w:eastAsia="新細明體" w:hAnsi="新細明體"/>
          <w:sz w:val="24"/>
          <w:szCs w:val="24"/>
          <w:lang w:eastAsia="zh-TW"/>
        </w:rPr>
        <w:t>進行個人資料之蒐集、處理與利用(法定特定目的項目包括</w:t>
      </w:r>
      <w:r w:rsidR="001C46FF">
        <w:rPr>
          <w:rFonts w:ascii="新細明體" w:eastAsia="新細明體" w:hAnsi="新細明體"/>
          <w:sz w:val="24"/>
          <w:szCs w:val="24"/>
          <w:lang w:eastAsia="zh-TW"/>
        </w:rPr>
        <w:t>：</w:t>
      </w:r>
      <w:r w:rsidRPr="001C46FF">
        <w:rPr>
          <w:rFonts w:ascii="新細明體" w:eastAsia="新細明體" w:hAnsi="新細明體"/>
          <w:sz w:val="24"/>
          <w:szCs w:val="24"/>
          <w:lang w:eastAsia="zh-TW"/>
        </w:rPr>
        <w:t>040 行銷、063 募款、143 運動休閒業務、157調查、統計與研究分析、182其他諮詢顧問服務等)。</w:t>
      </w:r>
    </w:p>
    <w:p w14:paraId="68BB5DA9" w14:textId="77777777" w:rsidR="00001B87" w:rsidRPr="001C46FF" w:rsidRDefault="00000000">
      <w:pPr>
        <w:spacing w:before="160" w:after="80"/>
        <w:rPr>
          <w:rFonts w:ascii="新細明體" w:eastAsia="新細明體" w:hAnsi="新細明體"/>
          <w:sz w:val="24"/>
          <w:szCs w:val="24"/>
          <w:lang w:eastAsia="zh-TW"/>
        </w:rPr>
      </w:pPr>
      <w:r w:rsidRPr="001C46FF">
        <w:rPr>
          <w:rFonts w:ascii="新細明體" w:eastAsia="新細明體" w:hAnsi="新細明體"/>
          <w:b/>
          <w:color w:val="003366"/>
          <w:sz w:val="24"/>
          <w:szCs w:val="24"/>
          <w:lang w:eastAsia="zh-TW"/>
        </w:rPr>
        <w:t>二、蒐集之個人資料類別</w:t>
      </w:r>
    </w:p>
    <w:p w14:paraId="77050D89" w14:textId="46A52333" w:rsidR="00001B87" w:rsidRPr="001C46FF" w:rsidRDefault="00000000">
      <w:pPr>
        <w:spacing w:line="300" w:lineRule="auto"/>
        <w:rPr>
          <w:rFonts w:ascii="新細明體" w:eastAsia="新細明體" w:hAnsi="新細明體"/>
          <w:sz w:val="24"/>
          <w:szCs w:val="24"/>
          <w:lang w:eastAsia="zh-TW"/>
        </w:rPr>
      </w:pPr>
      <w:r w:rsidRPr="001C46FF">
        <w:rPr>
          <w:rFonts w:ascii="新細明體" w:eastAsia="新細明體" w:hAnsi="新細明體"/>
          <w:sz w:val="24"/>
          <w:szCs w:val="24"/>
          <w:lang w:eastAsia="zh-TW"/>
        </w:rPr>
        <w:t>本活動所蒐集之個人資料包含</w:t>
      </w:r>
      <w:r w:rsidR="001C46FF">
        <w:rPr>
          <w:rFonts w:ascii="新細明體" w:eastAsia="新細明體" w:hAnsi="新細明體"/>
          <w:sz w:val="24"/>
          <w:szCs w:val="24"/>
          <w:lang w:eastAsia="zh-TW"/>
        </w:rPr>
        <w:t>：</w:t>
      </w:r>
      <w:r w:rsidRPr="001C46FF">
        <w:rPr>
          <w:rFonts w:ascii="新細明體" w:eastAsia="新細明體" w:hAnsi="新細明體"/>
          <w:sz w:val="24"/>
          <w:szCs w:val="24"/>
          <w:lang w:eastAsia="zh-TW"/>
        </w:rPr>
        <w:t>姓名、身分證字號/護照號碼、聯絡電話、電子郵件信箱、通訊地址、就讀學校/系所/學號(或職稱)、金融機構帳戶帳號(</w:t>
      </w:r>
      <w:r w:rsidR="001C46FF">
        <w:rPr>
          <w:rFonts w:ascii="新細明體" w:eastAsia="新細明體" w:hAnsi="新細明體" w:hint="eastAsia"/>
          <w:sz w:val="24"/>
          <w:szCs w:val="24"/>
          <w:lang w:eastAsia="zh-TW"/>
        </w:rPr>
        <w:t>得</w:t>
      </w:r>
      <w:r w:rsidRPr="001C46FF">
        <w:rPr>
          <w:rFonts w:ascii="新細明體" w:eastAsia="新細明體" w:hAnsi="新細明體"/>
          <w:sz w:val="24"/>
          <w:szCs w:val="24"/>
          <w:lang w:eastAsia="zh-TW"/>
        </w:rPr>
        <w:t>獎時提供)及其他為參與本活動所需之必要個人識別資訊。</w:t>
      </w:r>
    </w:p>
    <w:p w14:paraId="17E52540" w14:textId="77777777" w:rsidR="00001B87" w:rsidRPr="001C46FF" w:rsidRDefault="00000000">
      <w:pPr>
        <w:spacing w:before="160" w:after="80"/>
        <w:rPr>
          <w:rFonts w:ascii="新細明體" w:eastAsia="新細明體" w:hAnsi="新細明體"/>
          <w:sz w:val="24"/>
          <w:szCs w:val="24"/>
          <w:lang w:eastAsia="zh-TW"/>
        </w:rPr>
      </w:pPr>
      <w:r w:rsidRPr="001C46FF">
        <w:rPr>
          <w:rFonts w:ascii="新細明體" w:eastAsia="新細明體" w:hAnsi="新細明體"/>
          <w:b/>
          <w:color w:val="003366"/>
          <w:sz w:val="24"/>
          <w:szCs w:val="24"/>
          <w:lang w:eastAsia="zh-TW"/>
        </w:rPr>
        <w:t>三、個人資料利用之期間、地區、對象及方式</w:t>
      </w:r>
    </w:p>
    <w:p w14:paraId="4BD7DFBE" w14:textId="77777777" w:rsidR="001C46FF" w:rsidRDefault="00000000" w:rsidP="001C46FF">
      <w:pPr>
        <w:pStyle w:val="ae"/>
        <w:numPr>
          <w:ilvl w:val="0"/>
          <w:numId w:val="11"/>
        </w:numPr>
        <w:spacing w:line="300" w:lineRule="auto"/>
        <w:ind w:left="284" w:hanging="284"/>
        <w:rPr>
          <w:rFonts w:ascii="新細明體" w:eastAsia="新細明體" w:hAnsi="新細明體"/>
          <w:sz w:val="24"/>
          <w:szCs w:val="24"/>
          <w:lang w:eastAsia="zh-TW"/>
        </w:rPr>
      </w:pPr>
      <w:r w:rsidRPr="001C46FF">
        <w:rPr>
          <w:rFonts w:ascii="新細明體" w:eastAsia="新細明體" w:hAnsi="新細明體"/>
          <w:sz w:val="24"/>
          <w:szCs w:val="24"/>
          <w:lang w:eastAsia="zh-TW"/>
        </w:rPr>
        <w:t>期間</w:t>
      </w:r>
      <w:r w:rsidR="001C46FF" w:rsidRPr="001C46FF">
        <w:rPr>
          <w:rFonts w:ascii="新細明體" w:eastAsia="新細明體" w:hAnsi="新細明體"/>
          <w:sz w:val="24"/>
          <w:szCs w:val="24"/>
          <w:lang w:eastAsia="zh-TW"/>
        </w:rPr>
        <w:t>：</w:t>
      </w:r>
      <w:r w:rsidRPr="001C46FF">
        <w:rPr>
          <w:rFonts w:ascii="新細明體" w:eastAsia="新細明體" w:hAnsi="新細明體"/>
          <w:sz w:val="24"/>
          <w:szCs w:val="24"/>
          <w:lang w:eastAsia="zh-TW"/>
        </w:rPr>
        <w:t>自本活動報名開始之日起</w:t>
      </w:r>
      <w:r w:rsidR="001C46FF" w:rsidRPr="001C46FF">
        <w:rPr>
          <w:rFonts w:ascii="新細明體" w:eastAsia="新細明體" w:hAnsi="新細明體"/>
          <w:sz w:val="24"/>
          <w:szCs w:val="24"/>
          <w:lang w:eastAsia="zh-TW"/>
        </w:rPr>
        <w:t>，</w:t>
      </w:r>
      <w:r w:rsidRPr="001C46FF">
        <w:rPr>
          <w:rFonts w:ascii="新細明體" w:eastAsia="新細明體" w:hAnsi="新細明體"/>
          <w:sz w:val="24"/>
          <w:szCs w:val="24"/>
          <w:lang w:eastAsia="zh-TW"/>
        </w:rPr>
        <w:t>至活動結束後相關行政、審計、成果宣傳及法令規定應保存之期限為止。</w:t>
      </w:r>
    </w:p>
    <w:p w14:paraId="282EEBAF" w14:textId="77777777" w:rsidR="001C46FF" w:rsidRDefault="00000000" w:rsidP="001C46FF">
      <w:pPr>
        <w:pStyle w:val="ae"/>
        <w:numPr>
          <w:ilvl w:val="0"/>
          <w:numId w:val="11"/>
        </w:numPr>
        <w:spacing w:line="300" w:lineRule="auto"/>
        <w:ind w:left="284" w:hanging="284"/>
        <w:rPr>
          <w:rFonts w:ascii="新細明體" w:eastAsia="新細明體" w:hAnsi="新細明體"/>
          <w:sz w:val="24"/>
          <w:szCs w:val="24"/>
          <w:lang w:eastAsia="zh-TW"/>
        </w:rPr>
      </w:pPr>
      <w:r w:rsidRPr="001C46FF">
        <w:rPr>
          <w:rFonts w:ascii="新細明體" w:eastAsia="新細明體" w:hAnsi="新細明體"/>
          <w:sz w:val="24"/>
          <w:szCs w:val="24"/>
          <w:lang w:eastAsia="zh-TW"/>
        </w:rPr>
        <w:t>地區</w:t>
      </w:r>
      <w:r w:rsidR="001C46FF" w:rsidRPr="001C46FF">
        <w:rPr>
          <w:rFonts w:ascii="新細明體" w:eastAsia="新細明體" w:hAnsi="新細明體"/>
          <w:sz w:val="24"/>
          <w:szCs w:val="24"/>
          <w:lang w:eastAsia="zh-TW"/>
        </w:rPr>
        <w:t>：</w:t>
      </w:r>
      <w:r w:rsidRPr="001C46FF">
        <w:rPr>
          <w:rFonts w:ascii="新細明體" w:eastAsia="新細明體" w:hAnsi="新細明體"/>
          <w:sz w:val="24"/>
          <w:szCs w:val="24"/>
          <w:lang w:eastAsia="zh-TW"/>
        </w:rPr>
        <w:t>中華民國境內及主辦單位因宣傳推廣本活動所及之國際區域。</w:t>
      </w:r>
    </w:p>
    <w:p w14:paraId="3A669563" w14:textId="77777777" w:rsidR="001C46FF" w:rsidRDefault="00000000" w:rsidP="001C46FF">
      <w:pPr>
        <w:pStyle w:val="ae"/>
        <w:numPr>
          <w:ilvl w:val="0"/>
          <w:numId w:val="11"/>
        </w:numPr>
        <w:spacing w:line="300" w:lineRule="auto"/>
        <w:ind w:left="284" w:hanging="284"/>
        <w:rPr>
          <w:rFonts w:ascii="新細明體" w:eastAsia="新細明體" w:hAnsi="新細明體"/>
          <w:sz w:val="24"/>
          <w:szCs w:val="24"/>
          <w:lang w:eastAsia="zh-TW"/>
        </w:rPr>
      </w:pPr>
      <w:r w:rsidRPr="001C46FF">
        <w:rPr>
          <w:rFonts w:ascii="新細明體" w:eastAsia="新細明體" w:hAnsi="新細明體"/>
          <w:sz w:val="24"/>
          <w:szCs w:val="24"/>
          <w:lang w:eastAsia="zh-TW"/>
        </w:rPr>
        <w:t>對象</w:t>
      </w:r>
      <w:r w:rsidR="001C46FF" w:rsidRPr="001C46FF">
        <w:rPr>
          <w:rFonts w:ascii="新細明體" w:eastAsia="新細明體" w:hAnsi="新細明體"/>
          <w:sz w:val="24"/>
          <w:szCs w:val="24"/>
          <w:lang w:eastAsia="zh-TW"/>
        </w:rPr>
        <w:t>：</w:t>
      </w:r>
      <w:r w:rsidRPr="001C46FF">
        <w:rPr>
          <w:rFonts w:ascii="新細明體" w:eastAsia="新細明體" w:hAnsi="新細明體"/>
          <w:sz w:val="24"/>
          <w:szCs w:val="24"/>
          <w:lang w:eastAsia="zh-TW"/>
        </w:rPr>
        <w:t>主辦單位、協辦單位、承辦單位、評審委員會及相關合作媒體。</w:t>
      </w:r>
    </w:p>
    <w:p w14:paraId="4CD2D20E" w14:textId="5C3A0F37" w:rsidR="00001B87" w:rsidRPr="001C46FF" w:rsidRDefault="00000000" w:rsidP="001C46FF">
      <w:pPr>
        <w:pStyle w:val="ae"/>
        <w:numPr>
          <w:ilvl w:val="0"/>
          <w:numId w:val="11"/>
        </w:numPr>
        <w:spacing w:line="300" w:lineRule="auto"/>
        <w:ind w:left="284" w:hanging="284"/>
        <w:rPr>
          <w:rFonts w:ascii="新細明體" w:eastAsia="新細明體" w:hAnsi="新細明體"/>
          <w:sz w:val="24"/>
          <w:szCs w:val="24"/>
          <w:lang w:eastAsia="zh-TW"/>
        </w:rPr>
      </w:pPr>
      <w:r w:rsidRPr="001C46FF">
        <w:rPr>
          <w:rFonts w:ascii="新細明體" w:eastAsia="新細明體" w:hAnsi="新細明體"/>
          <w:sz w:val="24"/>
          <w:szCs w:val="24"/>
          <w:lang w:eastAsia="zh-TW"/>
        </w:rPr>
        <w:t>方式</w:t>
      </w:r>
      <w:r w:rsidR="001C46FF" w:rsidRPr="001C46FF">
        <w:rPr>
          <w:rFonts w:ascii="新細明體" w:eastAsia="新細明體" w:hAnsi="新細明體"/>
          <w:sz w:val="24"/>
          <w:szCs w:val="24"/>
          <w:lang w:eastAsia="zh-TW"/>
        </w:rPr>
        <w:t>：</w:t>
      </w:r>
      <w:r w:rsidRPr="001C46FF">
        <w:rPr>
          <w:rFonts w:ascii="新細明體" w:eastAsia="新細明體" w:hAnsi="新細明體"/>
          <w:sz w:val="24"/>
          <w:szCs w:val="24"/>
          <w:lang w:eastAsia="zh-TW"/>
        </w:rPr>
        <w:t>以自動化機器或其他非自動化之利用方式(如電子郵件、電話聯繫、紙本郵寄、活動網站或社群平台公告等)。</w:t>
      </w:r>
    </w:p>
    <w:p w14:paraId="4ED139B4" w14:textId="77777777" w:rsidR="00001B87" w:rsidRPr="001C46FF" w:rsidRDefault="00000000">
      <w:pPr>
        <w:spacing w:before="160" w:after="80"/>
        <w:rPr>
          <w:rFonts w:ascii="新細明體" w:eastAsia="新細明體" w:hAnsi="新細明體"/>
          <w:sz w:val="24"/>
          <w:szCs w:val="24"/>
          <w:lang w:eastAsia="zh-TW"/>
        </w:rPr>
      </w:pPr>
      <w:r w:rsidRPr="001C46FF">
        <w:rPr>
          <w:rFonts w:ascii="新細明體" w:eastAsia="新細明體" w:hAnsi="新細明體"/>
          <w:b/>
          <w:color w:val="003366"/>
          <w:sz w:val="24"/>
          <w:szCs w:val="24"/>
          <w:lang w:eastAsia="zh-TW"/>
        </w:rPr>
        <w:t>四、參賽者之個資權利</w:t>
      </w:r>
    </w:p>
    <w:p w14:paraId="4B9F8755" w14:textId="0B9470C1" w:rsidR="00001B87" w:rsidRPr="001C46FF" w:rsidRDefault="00000000">
      <w:pPr>
        <w:spacing w:line="300" w:lineRule="auto"/>
        <w:rPr>
          <w:rFonts w:ascii="新細明體" w:eastAsia="新細明體" w:hAnsi="新細明體"/>
          <w:sz w:val="24"/>
          <w:szCs w:val="24"/>
          <w:lang w:eastAsia="zh-TW"/>
        </w:rPr>
      </w:pPr>
      <w:r w:rsidRPr="001C46FF">
        <w:rPr>
          <w:rFonts w:ascii="新細明體" w:eastAsia="新細明體" w:hAnsi="新細明體"/>
          <w:sz w:val="24"/>
          <w:szCs w:val="24"/>
          <w:lang w:eastAsia="zh-TW"/>
        </w:rPr>
        <w:t>依據個資法第3條規定</w:t>
      </w:r>
      <w:r w:rsidR="001C46FF">
        <w:rPr>
          <w:rFonts w:ascii="新細明體" w:eastAsia="新細明體" w:hAnsi="新細明體"/>
          <w:sz w:val="24"/>
          <w:szCs w:val="24"/>
          <w:lang w:eastAsia="zh-TW"/>
        </w:rPr>
        <w:t>，</w:t>
      </w:r>
      <w:r w:rsidR="001C46FF">
        <w:rPr>
          <w:rFonts w:ascii="新細明體" w:eastAsia="新細明體" w:hAnsi="新細明體" w:hint="eastAsia"/>
          <w:sz w:val="24"/>
          <w:szCs w:val="24"/>
          <w:lang w:eastAsia="zh-TW"/>
        </w:rPr>
        <w:t>立同意書人</w:t>
      </w:r>
      <w:r w:rsidRPr="001C46FF">
        <w:rPr>
          <w:rFonts w:ascii="新細明體" w:eastAsia="新細明體" w:hAnsi="新細明體"/>
          <w:sz w:val="24"/>
          <w:szCs w:val="24"/>
          <w:lang w:eastAsia="zh-TW"/>
        </w:rPr>
        <w:t>就主辦單位所保有之個人資料</w:t>
      </w:r>
      <w:r w:rsidR="001C46FF">
        <w:rPr>
          <w:rFonts w:ascii="新細明體" w:eastAsia="新細明體" w:hAnsi="新細明體"/>
          <w:sz w:val="24"/>
          <w:szCs w:val="24"/>
          <w:lang w:eastAsia="zh-TW"/>
        </w:rPr>
        <w:t>，</w:t>
      </w:r>
      <w:r w:rsidRPr="001C46FF">
        <w:rPr>
          <w:rFonts w:ascii="新細明體" w:eastAsia="新細明體" w:hAnsi="新細明體"/>
          <w:sz w:val="24"/>
          <w:szCs w:val="24"/>
          <w:lang w:eastAsia="zh-TW"/>
        </w:rPr>
        <w:t>得行使下列權利</w:t>
      </w:r>
      <w:r w:rsidR="001C46FF">
        <w:rPr>
          <w:rFonts w:ascii="新細明體" w:eastAsia="新細明體" w:hAnsi="新細明體"/>
          <w:sz w:val="24"/>
          <w:szCs w:val="24"/>
          <w:lang w:eastAsia="zh-TW"/>
        </w:rPr>
        <w:t>：</w:t>
      </w:r>
      <w:r w:rsidRPr="001C46FF">
        <w:rPr>
          <w:rFonts w:ascii="新細明體" w:eastAsia="新細明體" w:hAnsi="新細明體"/>
          <w:sz w:val="24"/>
          <w:szCs w:val="24"/>
          <w:lang w:eastAsia="zh-TW"/>
        </w:rPr>
        <w:t>(1)查詢或請求閱覽、(2)請求製給複製本、(3)請求補充或更正、(4)請求停止蒐集、處理或利用、(5)請求刪除。如欲行使上述權利</w:t>
      </w:r>
      <w:r w:rsidR="001C46FF">
        <w:rPr>
          <w:rFonts w:ascii="新細明體" w:eastAsia="新細明體" w:hAnsi="新細明體"/>
          <w:sz w:val="24"/>
          <w:szCs w:val="24"/>
          <w:lang w:eastAsia="zh-TW"/>
        </w:rPr>
        <w:t>，</w:t>
      </w:r>
      <w:r w:rsidRPr="001C46FF">
        <w:rPr>
          <w:rFonts w:ascii="新細明體" w:eastAsia="新細明體" w:hAnsi="新細明體"/>
          <w:sz w:val="24"/>
          <w:szCs w:val="24"/>
          <w:lang w:eastAsia="zh-TW"/>
        </w:rPr>
        <w:t>請與本活動聯絡窗口聯繫。惟若因行使上述權利致使主辦單位無法進行參賽資格審查或評選時</w:t>
      </w:r>
      <w:r w:rsidR="001C46FF">
        <w:rPr>
          <w:rFonts w:ascii="新細明體" w:eastAsia="新細明體" w:hAnsi="新細明體"/>
          <w:sz w:val="24"/>
          <w:szCs w:val="24"/>
          <w:lang w:eastAsia="zh-TW"/>
        </w:rPr>
        <w:t>，</w:t>
      </w:r>
      <w:r w:rsidRPr="001C46FF">
        <w:rPr>
          <w:rFonts w:ascii="新細明體" w:eastAsia="新細明體" w:hAnsi="新細明體"/>
          <w:sz w:val="24"/>
          <w:szCs w:val="24"/>
          <w:lang w:eastAsia="zh-TW"/>
        </w:rPr>
        <w:t>主辦單位有權取消</w:t>
      </w:r>
      <w:r w:rsidR="001C46FF">
        <w:rPr>
          <w:rFonts w:ascii="新細明體" w:eastAsia="新細明體" w:hAnsi="新細明體" w:hint="eastAsia"/>
          <w:sz w:val="24"/>
          <w:szCs w:val="24"/>
          <w:lang w:eastAsia="zh-TW"/>
        </w:rPr>
        <w:t>立同意書人</w:t>
      </w:r>
      <w:r w:rsidRPr="001C46FF">
        <w:rPr>
          <w:rFonts w:ascii="新細明體" w:eastAsia="新細明體" w:hAnsi="新細明體"/>
          <w:sz w:val="24"/>
          <w:szCs w:val="24"/>
          <w:lang w:eastAsia="zh-TW"/>
        </w:rPr>
        <w:t>的參賽或得獎資格。</w:t>
      </w:r>
    </w:p>
    <w:p w14:paraId="421792A8" w14:textId="77777777" w:rsidR="00001B87" w:rsidRPr="001C46FF" w:rsidRDefault="00000000">
      <w:pPr>
        <w:spacing w:before="160" w:after="80"/>
        <w:rPr>
          <w:rFonts w:ascii="新細明體" w:eastAsia="新細明體" w:hAnsi="新細明體"/>
          <w:sz w:val="24"/>
          <w:szCs w:val="24"/>
          <w:lang w:eastAsia="zh-TW"/>
        </w:rPr>
      </w:pPr>
      <w:r w:rsidRPr="001C46FF">
        <w:rPr>
          <w:rFonts w:ascii="新細明體" w:eastAsia="新細明體" w:hAnsi="新細明體"/>
          <w:b/>
          <w:color w:val="003366"/>
          <w:sz w:val="24"/>
          <w:szCs w:val="24"/>
          <w:lang w:eastAsia="zh-TW"/>
        </w:rPr>
        <w:lastRenderedPageBreak/>
        <w:t>五、權益影響與同意聲明</w:t>
      </w:r>
    </w:p>
    <w:p w14:paraId="1D621B83" w14:textId="0E1A0E96" w:rsidR="00001B87" w:rsidRPr="001C46FF" w:rsidRDefault="001C46FF">
      <w:pPr>
        <w:spacing w:line="300" w:lineRule="auto"/>
        <w:rPr>
          <w:rFonts w:ascii="新細明體" w:eastAsia="新細明體" w:hAnsi="新細明體"/>
          <w:sz w:val="24"/>
          <w:szCs w:val="24"/>
          <w:lang w:eastAsia="zh-TW"/>
        </w:rPr>
      </w:pPr>
      <w:r>
        <w:rPr>
          <w:rFonts w:ascii="新細明體" w:eastAsia="新細明體" w:hAnsi="新細明體" w:hint="eastAsia"/>
          <w:sz w:val="24"/>
          <w:szCs w:val="24"/>
          <w:lang w:eastAsia="zh-TW"/>
        </w:rPr>
        <w:t>立同意書人</w:t>
      </w:r>
      <w:r w:rsidR="00000000" w:rsidRPr="001C46FF">
        <w:rPr>
          <w:rFonts w:ascii="新細明體" w:eastAsia="新細明體" w:hAnsi="新細明體"/>
          <w:sz w:val="24"/>
          <w:szCs w:val="24"/>
          <w:lang w:eastAsia="zh-TW"/>
        </w:rPr>
        <w:t>得自由選擇是否提供個人資料</w:t>
      </w:r>
      <w:r>
        <w:rPr>
          <w:rFonts w:ascii="新細明體" w:eastAsia="新細明體" w:hAnsi="新細明體"/>
          <w:sz w:val="24"/>
          <w:szCs w:val="24"/>
          <w:lang w:eastAsia="zh-TW"/>
        </w:rPr>
        <w:t>，</w:t>
      </w:r>
      <w:r w:rsidR="00000000" w:rsidRPr="001C46FF">
        <w:rPr>
          <w:rFonts w:ascii="新細明體" w:eastAsia="新細明體" w:hAnsi="新細明體"/>
          <w:sz w:val="24"/>
          <w:szCs w:val="24"/>
          <w:lang w:eastAsia="zh-TW"/>
        </w:rPr>
        <w:t>惟若拒絕提供或提供之資料不完整、不正確</w:t>
      </w:r>
      <w:r>
        <w:rPr>
          <w:rFonts w:ascii="新細明體" w:eastAsia="新細明體" w:hAnsi="新細明體"/>
          <w:sz w:val="24"/>
          <w:szCs w:val="24"/>
          <w:lang w:eastAsia="zh-TW"/>
        </w:rPr>
        <w:t>，</w:t>
      </w:r>
      <w:r w:rsidR="00000000" w:rsidRPr="001C46FF">
        <w:rPr>
          <w:rFonts w:ascii="新細明體" w:eastAsia="新細明體" w:hAnsi="新細明體"/>
          <w:sz w:val="24"/>
          <w:szCs w:val="24"/>
          <w:lang w:eastAsia="zh-TW"/>
        </w:rPr>
        <w:t>將導致無法完成本活動之報名程序</w:t>
      </w:r>
      <w:r>
        <w:rPr>
          <w:rFonts w:ascii="新細明體" w:eastAsia="新細明體" w:hAnsi="新細明體"/>
          <w:sz w:val="24"/>
          <w:szCs w:val="24"/>
          <w:lang w:eastAsia="zh-TW"/>
        </w:rPr>
        <w:t>，</w:t>
      </w:r>
      <w:r w:rsidR="00000000" w:rsidRPr="001C46FF">
        <w:rPr>
          <w:rFonts w:ascii="新細明體" w:eastAsia="新細明體" w:hAnsi="新細明體"/>
          <w:sz w:val="24"/>
          <w:szCs w:val="24"/>
          <w:lang w:eastAsia="zh-TW"/>
        </w:rPr>
        <w:t>進而喪失參賽、評選及受獎之資格。</w:t>
      </w:r>
    </w:p>
    <w:p w14:paraId="57C63A51" w14:textId="77777777" w:rsidR="00001B87" w:rsidRPr="001C46FF" w:rsidRDefault="00000000">
      <w:pPr>
        <w:spacing w:before="320" w:after="320"/>
        <w:rPr>
          <w:rFonts w:ascii="新細明體" w:eastAsia="新細明體" w:hAnsi="新細明體"/>
          <w:sz w:val="24"/>
          <w:szCs w:val="24"/>
          <w:lang w:eastAsia="zh-TW"/>
        </w:rPr>
      </w:pPr>
      <w:r w:rsidRPr="001C46FF">
        <w:rPr>
          <w:rFonts w:ascii="新細明體" w:eastAsia="新細明體" w:hAnsi="新細明體"/>
          <w:b/>
          <w:sz w:val="24"/>
          <w:szCs w:val="24"/>
          <w:lang w:eastAsia="zh-TW"/>
        </w:rPr>
        <w:t>本人已充分閱讀、理解並同意上述「個人資料保護聲明書」之全部內容。</w:t>
      </w:r>
    </w:p>
    <w:p w14:paraId="6AB82B70" w14:textId="5D4569C1" w:rsidR="00001B87" w:rsidRPr="001C46FF" w:rsidRDefault="00000000">
      <w:pPr>
        <w:spacing w:line="360" w:lineRule="auto"/>
        <w:rPr>
          <w:rFonts w:ascii="新細明體" w:eastAsia="新細明體" w:hAnsi="新細明體"/>
          <w:sz w:val="24"/>
          <w:szCs w:val="24"/>
          <w:lang w:eastAsia="zh-TW"/>
        </w:rPr>
      </w:pPr>
      <w:r w:rsidRPr="001C46FF">
        <w:rPr>
          <w:rFonts w:ascii="新細明體" w:eastAsia="新細明體" w:hAnsi="新細明體"/>
          <w:sz w:val="24"/>
          <w:szCs w:val="24"/>
          <w:lang w:eastAsia="zh-TW"/>
        </w:rPr>
        <w:t>立同意書人(參賽者</w:t>
      </w:r>
      <w:r w:rsidR="001D1396">
        <w:rPr>
          <w:rFonts w:ascii="新細明體" w:eastAsia="新細明體" w:hAnsi="新細明體" w:hint="eastAsia"/>
          <w:sz w:val="24"/>
          <w:szCs w:val="24"/>
          <w:lang w:eastAsia="zh-TW"/>
        </w:rPr>
        <w:t>/代表人</w:t>
      </w:r>
      <w:r w:rsidRPr="001C46FF">
        <w:rPr>
          <w:rFonts w:ascii="新細明體" w:eastAsia="新細明體" w:hAnsi="新細明體"/>
          <w:sz w:val="24"/>
          <w:szCs w:val="24"/>
          <w:lang w:eastAsia="zh-TW"/>
        </w:rPr>
        <w:t>姓名)</w:t>
      </w:r>
      <w:r w:rsidR="001C46FF">
        <w:rPr>
          <w:rFonts w:ascii="新細明體" w:eastAsia="新細明體" w:hAnsi="新細明體"/>
          <w:sz w:val="24"/>
          <w:szCs w:val="24"/>
          <w:lang w:eastAsia="zh-TW"/>
        </w:rPr>
        <w:t>：</w:t>
      </w:r>
      <w:r w:rsidRPr="001C46FF">
        <w:rPr>
          <w:rFonts w:ascii="新細明體" w:eastAsia="新細明體" w:hAnsi="新細明體"/>
          <w:sz w:val="24"/>
          <w:szCs w:val="24"/>
          <w:lang w:eastAsia="zh-TW"/>
        </w:rPr>
        <w:t xml:space="preserve"> _____________________</w:t>
      </w:r>
      <w:r w:rsidRPr="001C46FF">
        <w:rPr>
          <w:rFonts w:ascii="新細明體" w:eastAsia="新細明體" w:hAnsi="新細明體"/>
          <w:sz w:val="24"/>
          <w:szCs w:val="24"/>
          <w:lang w:eastAsia="zh-TW"/>
        </w:rPr>
        <w:br/>
        <w:t>身分證字號</w:t>
      </w:r>
      <w:r w:rsidR="001C46FF">
        <w:rPr>
          <w:rFonts w:ascii="新細明體" w:eastAsia="新細明體" w:hAnsi="新細明體"/>
          <w:sz w:val="24"/>
          <w:szCs w:val="24"/>
          <w:lang w:eastAsia="zh-TW"/>
        </w:rPr>
        <w:t>：</w:t>
      </w:r>
      <w:r w:rsidRPr="001C46FF">
        <w:rPr>
          <w:rFonts w:ascii="新細明體" w:eastAsia="新細明體" w:hAnsi="新細明體"/>
          <w:sz w:val="24"/>
          <w:szCs w:val="24"/>
          <w:lang w:eastAsia="zh-TW"/>
        </w:rPr>
        <w:t xml:space="preserve"> _____________________</w:t>
      </w:r>
      <w:r w:rsidRPr="001C46FF">
        <w:rPr>
          <w:rFonts w:ascii="新細明體" w:eastAsia="新細明體" w:hAnsi="新細明體"/>
          <w:sz w:val="24"/>
          <w:szCs w:val="24"/>
          <w:lang w:eastAsia="zh-TW"/>
        </w:rPr>
        <w:br/>
      </w:r>
      <w:r w:rsidRPr="001C46FF">
        <w:rPr>
          <w:rFonts w:ascii="新細明體" w:eastAsia="新細明體" w:hAnsi="新細明體"/>
          <w:sz w:val="24"/>
          <w:szCs w:val="24"/>
          <w:lang w:eastAsia="zh-TW"/>
        </w:rPr>
        <w:br/>
        <w:t>法定代理人(參賽者未滿18歲須簽章)</w:t>
      </w:r>
      <w:r w:rsidR="001C46FF">
        <w:rPr>
          <w:rFonts w:ascii="新細明體" w:eastAsia="新細明體" w:hAnsi="新細明體"/>
          <w:sz w:val="24"/>
          <w:szCs w:val="24"/>
          <w:lang w:eastAsia="zh-TW"/>
        </w:rPr>
        <w:t>：</w:t>
      </w:r>
      <w:r w:rsidRPr="001C46FF">
        <w:rPr>
          <w:rFonts w:ascii="新細明體" w:eastAsia="新細明體" w:hAnsi="新細明體"/>
          <w:sz w:val="24"/>
          <w:szCs w:val="24"/>
          <w:lang w:eastAsia="zh-TW"/>
        </w:rPr>
        <w:t xml:space="preserve"> _____________________</w:t>
      </w:r>
      <w:r w:rsidRPr="001C46FF">
        <w:rPr>
          <w:rFonts w:ascii="新細明體" w:eastAsia="新細明體" w:hAnsi="新細明體"/>
          <w:sz w:val="24"/>
          <w:szCs w:val="24"/>
          <w:lang w:eastAsia="zh-TW"/>
        </w:rPr>
        <w:br/>
        <w:t>與參賽者關係</w:t>
      </w:r>
      <w:r w:rsidR="001C46FF">
        <w:rPr>
          <w:rFonts w:ascii="新細明體" w:eastAsia="新細明體" w:hAnsi="新細明體"/>
          <w:sz w:val="24"/>
          <w:szCs w:val="24"/>
          <w:lang w:eastAsia="zh-TW"/>
        </w:rPr>
        <w:t>：</w:t>
      </w:r>
      <w:r w:rsidRPr="001C46FF">
        <w:rPr>
          <w:rFonts w:ascii="新細明體" w:eastAsia="新細明體" w:hAnsi="新細明體"/>
          <w:sz w:val="24"/>
          <w:szCs w:val="24"/>
          <w:lang w:eastAsia="zh-TW"/>
        </w:rPr>
        <w:t xml:space="preserve"> _____________</w:t>
      </w:r>
      <w:r w:rsidRPr="001C46FF">
        <w:rPr>
          <w:rFonts w:ascii="新細明體" w:eastAsia="新細明體" w:hAnsi="新細明體"/>
          <w:sz w:val="24"/>
          <w:szCs w:val="24"/>
          <w:lang w:eastAsia="zh-TW"/>
        </w:rPr>
        <w:br/>
      </w:r>
      <w:r w:rsidRPr="001C46FF">
        <w:rPr>
          <w:rFonts w:ascii="新細明體" w:eastAsia="新細明體" w:hAnsi="新細明體"/>
          <w:sz w:val="24"/>
          <w:szCs w:val="24"/>
          <w:lang w:eastAsia="zh-TW"/>
        </w:rPr>
        <w:br/>
        <w:t>中華民國           年           月           日</w:t>
      </w:r>
    </w:p>
    <w:sectPr w:rsidR="00001B87" w:rsidRPr="001C46FF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6080302"/>
    <w:multiLevelType w:val="hybridMultilevel"/>
    <w:tmpl w:val="D098D8F0"/>
    <w:lvl w:ilvl="0" w:tplc="8D8487F8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75D65B44"/>
    <w:multiLevelType w:val="hybridMultilevel"/>
    <w:tmpl w:val="1F5EAF7C"/>
    <w:lvl w:ilvl="0" w:tplc="B7E8BB3C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459343120">
    <w:abstractNumId w:val="8"/>
  </w:num>
  <w:num w:numId="2" w16cid:durableId="1939362914">
    <w:abstractNumId w:val="6"/>
  </w:num>
  <w:num w:numId="3" w16cid:durableId="860627161">
    <w:abstractNumId w:val="5"/>
  </w:num>
  <w:num w:numId="4" w16cid:durableId="925310463">
    <w:abstractNumId w:val="4"/>
  </w:num>
  <w:num w:numId="5" w16cid:durableId="1971402586">
    <w:abstractNumId w:val="7"/>
  </w:num>
  <w:num w:numId="6" w16cid:durableId="657422276">
    <w:abstractNumId w:val="3"/>
  </w:num>
  <w:num w:numId="7" w16cid:durableId="1444767234">
    <w:abstractNumId w:val="2"/>
  </w:num>
  <w:num w:numId="8" w16cid:durableId="288511001">
    <w:abstractNumId w:val="1"/>
  </w:num>
  <w:num w:numId="9" w16cid:durableId="1280185895">
    <w:abstractNumId w:val="0"/>
  </w:num>
  <w:num w:numId="10" w16cid:durableId="297298436">
    <w:abstractNumId w:val="10"/>
  </w:num>
  <w:num w:numId="11" w16cid:durableId="43295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1B87"/>
    <w:rsid w:val="00034616"/>
    <w:rsid w:val="0006063C"/>
    <w:rsid w:val="000A6F1B"/>
    <w:rsid w:val="0015074B"/>
    <w:rsid w:val="001C46FF"/>
    <w:rsid w:val="001D1396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902001E"/>
  <w14:defaultImageDpi w14:val="300"/>
  <w15:docId w15:val="{3BB12115-A0CD-4F43-B293-D7C0DAEEE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微軟正黑體" w:hAnsi="微軟正黑體"/>
      <w:color w:val="333333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郁淇 許</cp:lastModifiedBy>
  <cp:revision>3</cp:revision>
  <dcterms:created xsi:type="dcterms:W3CDTF">2013-12-23T23:15:00Z</dcterms:created>
  <dcterms:modified xsi:type="dcterms:W3CDTF">2026-08-12T06:55:00Z</dcterms:modified>
  <cp:category/>
</cp:coreProperties>
</file>