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0597" w14:textId="211066FC" w:rsidR="00E51120" w:rsidRPr="00075C70" w:rsidRDefault="00000000">
      <w:pPr>
        <w:jc w:val="center"/>
        <w:rPr>
          <w:rFonts w:ascii="新細明體" w:eastAsia="新細明體" w:hAnsi="新細明體" w:hint="eastAsia"/>
          <w:sz w:val="24"/>
          <w:szCs w:val="24"/>
          <w:lang w:eastAsia="zh-TW"/>
        </w:rPr>
      </w:pPr>
      <w:r w:rsidRPr="00075C70">
        <w:rPr>
          <w:rFonts w:ascii="新細明體" w:eastAsia="新細明體" w:hAnsi="新細明體"/>
          <w:b/>
          <w:color w:val="003366"/>
          <w:sz w:val="32"/>
          <w:szCs w:val="24"/>
          <w:lang w:eastAsia="zh-TW"/>
        </w:rPr>
        <w:t>【政大百年校慶暨雄鷹十</w:t>
      </w:r>
      <w:r w:rsidR="00075C70" w:rsidRPr="00075C70">
        <w:rPr>
          <w:rFonts w:ascii="新細明體" w:eastAsia="新細明體" w:hAnsi="新細明體" w:hint="eastAsia"/>
          <w:b/>
          <w:color w:val="003366"/>
          <w:sz w:val="32"/>
          <w:szCs w:val="24"/>
          <w:lang w:eastAsia="zh-TW"/>
        </w:rPr>
        <w:t>週年</w:t>
      </w:r>
      <w:r w:rsidRPr="00075C70">
        <w:rPr>
          <w:rFonts w:ascii="新細明體" w:eastAsia="新細明體" w:hAnsi="新細明體"/>
          <w:b/>
          <w:color w:val="003366"/>
          <w:sz w:val="32"/>
          <w:szCs w:val="24"/>
          <w:lang w:eastAsia="zh-TW"/>
        </w:rPr>
        <w:t>】創意影片</w:t>
      </w:r>
      <w:r w:rsidR="00075C70">
        <w:rPr>
          <w:rFonts w:ascii="新細明體" w:eastAsia="新細明體" w:hAnsi="新細明體" w:hint="eastAsia"/>
          <w:b/>
          <w:color w:val="003366"/>
          <w:sz w:val="32"/>
          <w:szCs w:val="24"/>
          <w:lang w:eastAsia="zh-TW"/>
        </w:rPr>
        <w:t>競賽</w:t>
      </w:r>
    </w:p>
    <w:p w14:paraId="16E17489" w14:textId="77777777" w:rsidR="00E51120" w:rsidRPr="00075C70" w:rsidRDefault="00000000">
      <w:pPr>
        <w:spacing w:after="320"/>
        <w:jc w:val="center"/>
        <w:rPr>
          <w:rFonts w:ascii="新細明體" w:eastAsia="新細明體" w:hAnsi="新細明體" w:hint="eastAsia"/>
          <w:lang w:eastAsia="zh-TW"/>
        </w:rPr>
      </w:pPr>
      <w:r w:rsidRPr="00075C70">
        <w:rPr>
          <w:rFonts w:ascii="新細明體" w:eastAsia="新細明體" w:hAnsi="新細明體"/>
          <w:b/>
          <w:color w:val="003366"/>
          <w:sz w:val="36"/>
          <w:lang w:eastAsia="zh-TW"/>
        </w:rPr>
        <w:t>團體報名授權代表同意書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4608"/>
      </w:tblGrid>
      <w:tr w:rsidR="00E51120" w:rsidRPr="00075C70" w14:paraId="0CE38496" w14:textId="77777777" w:rsidTr="00075C70">
        <w:trPr>
          <w:jc w:val="center"/>
        </w:trPr>
        <w:tc>
          <w:tcPr>
            <w:tcW w:w="4608" w:type="dxa"/>
            <w:shd w:val="clear" w:color="auto" w:fill="F2F4F8"/>
          </w:tcPr>
          <w:p w14:paraId="624056DA" w14:textId="77777777" w:rsidR="00E51120" w:rsidRPr="00075C70" w:rsidRDefault="00000000">
            <w:pPr>
              <w:rPr>
                <w:rFonts w:ascii="新細明體" w:eastAsia="新細明體" w:hAnsi="新細明體" w:hint="eastAsia"/>
                <w:sz w:val="24"/>
                <w:szCs w:val="24"/>
              </w:rPr>
            </w:pPr>
            <w:proofErr w:type="spellStart"/>
            <w:r w:rsidRPr="00075C70">
              <w:rPr>
                <w:rFonts w:ascii="新細明體" w:eastAsia="新細明體" w:hAnsi="新細明體"/>
                <w:sz w:val="24"/>
                <w:szCs w:val="24"/>
              </w:rPr>
              <w:t>團隊名稱</w:t>
            </w:r>
            <w:proofErr w:type="spellEnd"/>
            <w:r w:rsidRPr="00075C70">
              <w:rPr>
                <w:rFonts w:ascii="新細明體" w:eastAsia="新細明體" w:hAnsi="新細明體"/>
                <w:sz w:val="24"/>
                <w:szCs w:val="24"/>
              </w:rPr>
              <w:t>：</w:t>
            </w:r>
          </w:p>
        </w:tc>
        <w:tc>
          <w:tcPr>
            <w:tcW w:w="4608" w:type="dxa"/>
            <w:shd w:val="clear" w:color="auto" w:fill="F2F4F8"/>
          </w:tcPr>
          <w:p w14:paraId="5950D40B" w14:textId="77777777" w:rsidR="00E51120" w:rsidRPr="00075C70" w:rsidRDefault="00000000">
            <w:pPr>
              <w:rPr>
                <w:rFonts w:ascii="新細明體" w:eastAsia="新細明體" w:hAnsi="新細明體" w:hint="eastAsia"/>
                <w:sz w:val="24"/>
                <w:szCs w:val="24"/>
              </w:rPr>
            </w:pPr>
            <w:r w:rsidRPr="00075C70">
              <w:rPr>
                <w:rFonts w:ascii="新細明體" w:eastAsia="新細明體" w:hAnsi="新細明體"/>
                <w:sz w:val="24"/>
                <w:szCs w:val="24"/>
              </w:rPr>
              <w:t>參賽作品名稱：</w:t>
            </w:r>
          </w:p>
        </w:tc>
      </w:tr>
      <w:tr w:rsidR="00E51120" w:rsidRPr="00075C70" w14:paraId="27FB20CF" w14:textId="77777777" w:rsidTr="00075C70">
        <w:trPr>
          <w:jc w:val="center"/>
        </w:trPr>
        <w:tc>
          <w:tcPr>
            <w:tcW w:w="4608" w:type="dxa"/>
            <w:shd w:val="clear" w:color="auto" w:fill="F2F4F8"/>
          </w:tcPr>
          <w:p w14:paraId="0F623920" w14:textId="2AB74E75" w:rsidR="00E51120" w:rsidRPr="00075C70" w:rsidRDefault="00000000">
            <w:pPr>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被授權之團隊代表人(主要聯絡窗口)</w:t>
            </w:r>
            <w:r w:rsidRPr="00075C70">
              <w:rPr>
                <w:rFonts w:ascii="新細明體" w:eastAsia="新細明體" w:hAnsi="新細明體"/>
                <w:sz w:val="24"/>
                <w:szCs w:val="24"/>
                <w:lang w:eastAsia="zh-TW"/>
              </w:rPr>
              <w:br/>
              <w:t>姓名：</w:t>
            </w:r>
          </w:p>
        </w:tc>
        <w:tc>
          <w:tcPr>
            <w:tcW w:w="4608" w:type="dxa"/>
            <w:shd w:val="clear" w:color="auto" w:fill="F2F4F8"/>
          </w:tcPr>
          <w:p w14:paraId="463630CE" w14:textId="2F2635D5" w:rsidR="00E51120" w:rsidRPr="00075C70" w:rsidRDefault="00000000">
            <w:pPr>
              <w:rPr>
                <w:rFonts w:ascii="新細明體" w:eastAsia="新細明體" w:hAnsi="新細明體" w:hint="eastAsia"/>
                <w:sz w:val="24"/>
                <w:szCs w:val="24"/>
              </w:rPr>
            </w:pPr>
            <w:proofErr w:type="spellStart"/>
            <w:r w:rsidRPr="00075C70">
              <w:rPr>
                <w:rFonts w:ascii="新細明體" w:eastAsia="新細明體" w:hAnsi="新細明體"/>
                <w:sz w:val="24"/>
                <w:szCs w:val="24"/>
              </w:rPr>
              <w:t>身分證字號</w:t>
            </w:r>
            <w:proofErr w:type="spellEnd"/>
            <w:r w:rsidRPr="00075C70">
              <w:rPr>
                <w:rFonts w:ascii="新細明體" w:eastAsia="新細明體" w:hAnsi="新細明體"/>
                <w:sz w:val="24"/>
                <w:szCs w:val="24"/>
              </w:rPr>
              <w:t>：</w:t>
            </w:r>
          </w:p>
        </w:tc>
      </w:tr>
      <w:tr w:rsidR="00E51120" w:rsidRPr="00075C70" w14:paraId="1E2649B1" w14:textId="77777777" w:rsidTr="00075C70">
        <w:trPr>
          <w:jc w:val="center"/>
        </w:trPr>
        <w:tc>
          <w:tcPr>
            <w:tcW w:w="4608" w:type="dxa"/>
            <w:shd w:val="clear" w:color="auto" w:fill="F2F4F8"/>
          </w:tcPr>
          <w:p w14:paraId="68267419" w14:textId="77777777" w:rsidR="00E51120" w:rsidRPr="00075C70" w:rsidRDefault="00000000">
            <w:pPr>
              <w:rPr>
                <w:rFonts w:ascii="新細明體" w:eastAsia="新細明體" w:hAnsi="新細明體" w:hint="eastAsia"/>
                <w:sz w:val="24"/>
                <w:szCs w:val="24"/>
              </w:rPr>
            </w:pPr>
            <w:r w:rsidRPr="00075C70">
              <w:rPr>
                <w:rFonts w:ascii="新細明體" w:eastAsia="新細明體" w:hAnsi="新細明體"/>
                <w:sz w:val="24"/>
                <w:szCs w:val="24"/>
              </w:rPr>
              <w:t>聯絡電話：</w:t>
            </w:r>
          </w:p>
        </w:tc>
        <w:tc>
          <w:tcPr>
            <w:tcW w:w="4608" w:type="dxa"/>
            <w:shd w:val="clear" w:color="auto" w:fill="F2F4F8"/>
          </w:tcPr>
          <w:p w14:paraId="2640C730" w14:textId="77777777" w:rsidR="00E51120" w:rsidRPr="00075C70" w:rsidRDefault="00000000">
            <w:pPr>
              <w:rPr>
                <w:rFonts w:ascii="新細明體" w:eastAsia="新細明體" w:hAnsi="新細明體" w:hint="eastAsia"/>
                <w:sz w:val="24"/>
                <w:szCs w:val="24"/>
              </w:rPr>
            </w:pPr>
            <w:r w:rsidRPr="00075C70">
              <w:rPr>
                <w:rFonts w:ascii="新細明體" w:eastAsia="新細明體" w:hAnsi="新細明體"/>
                <w:sz w:val="24"/>
                <w:szCs w:val="24"/>
              </w:rPr>
              <w:t>電子郵件：</w:t>
            </w:r>
          </w:p>
        </w:tc>
      </w:tr>
    </w:tbl>
    <w:p w14:paraId="3DE5C931" w14:textId="77777777" w:rsidR="00E51120" w:rsidRPr="00075C70" w:rsidRDefault="00E51120">
      <w:pPr>
        <w:spacing w:after="160"/>
        <w:rPr>
          <w:rFonts w:ascii="新細明體" w:eastAsia="新細明體" w:hAnsi="新細明體" w:hint="eastAsia"/>
          <w:sz w:val="24"/>
          <w:szCs w:val="24"/>
        </w:rPr>
      </w:pPr>
    </w:p>
    <w:p w14:paraId="336437FD" w14:textId="01D9A5CA" w:rsidR="00E51120" w:rsidRPr="00075C70" w:rsidRDefault="00000000">
      <w:pPr>
        <w:spacing w:after="240" w:line="300" w:lineRule="auto"/>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本團隊全員報名參加「政大百年</w:t>
      </w:r>
      <w:r w:rsidR="00075C70">
        <w:rPr>
          <w:rFonts w:ascii="新細明體" w:eastAsia="新細明體" w:hAnsi="新細明體" w:hint="eastAsia"/>
          <w:sz w:val="24"/>
          <w:szCs w:val="24"/>
          <w:lang w:eastAsia="zh-TW"/>
        </w:rPr>
        <w:t>校慶</w:t>
      </w:r>
      <w:r w:rsidRPr="00075C70">
        <w:rPr>
          <w:rFonts w:ascii="新細明體" w:eastAsia="新細明體" w:hAnsi="新細明體"/>
          <w:sz w:val="24"/>
          <w:szCs w:val="24"/>
          <w:lang w:eastAsia="zh-TW"/>
        </w:rPr>
        <w:t>暨雄鷹</w:t>
      </w:r>
      <w:r w:rsidR="00075C70">
        <w:rPr>
          <w:rFonts w:ascii="新細明體" w:eastAsia="新細明體" w:hAnsi="新細明體" w:hint="eastAsia"/>
          <w:sz w:val="24"/>
          <w:szCs w:val="24"/>
          <w:lang w:eastAsia="zh-TW"/>
        </w:rPr>
        <w:t>十</w:t>
      </w:r>
      <w:r w:rsidRPr="00075C70">
        <w:rPr>
          <w:rFonts w:ascii="新細明體" w:eastAsia="新細明體" w:hAnsi="新細明體"/>
          <w:sz w:val="24"/>
          <w:szCs w:val="24"/>
          <w:lang w:eastAsia="zh-TW"/>
        </w:rPr>
        <w:t>週年創意影片</w:t>
      </w:r>
      <w:r w:rsidR="00075C70">
        <w:rPr>
          <w:rFonts w:ascii="新細明體" w:eastAsia="新細明體" w:hAnsi="新細明體" w:hint="eastAsia"/>
          <w:sz w:val="24"/>
          <w:szCs w:val="24"/>
          <w:lang w:eastAsia="zh-TW"/>
        </w:rPr>
        <w:t>競賽</w:t>
      </w:r>
      <w:r w:rsidRPr="00075C70">
        <w:rPr>
          <w:rFonts w:ascii="新細明體" w:eastAsia="新細明體" w:hAnsi="新細明體"/>
          <w:sz w:val="24"/>
          <w:szCs w:val="24"/>
          <w:lang w:eastAsia="zh-TW"/>
        </w:rPr>
        <w:t>」(以下簡稱本活動)</w:t>
      </w:r>
      <w:r w:rsidR="00075C70">
        <w:rPr>
          <w:rFonts w:ascii="新細明體" w:eastAsia="新細明體" w:hAnsi="新細明體" w:hint="eastAsia"/>
          <w:sz w:val="24"/>
          <w:szCs w:val="24"/>
          <w:lang w:eastAsia="zh-TW"/>
        </w:rPr>
        <w:t>，</w:t>
      </w:r>
      <w:r w:rsidRPr="00075C70">
        <w:rPr>
          <w:rFonts w:ascii="新細明體" w:eastAsia="新細明體" w:hAnsi="新細明體"/>
          <w:sz w:val="24"/>
          <w:szCs w:val="24"/>
          <w:lang w:eastAsia="zh-TW"/>
        </w:rPr>
        <w:t>特此聲明並同意由上述被授權之團隊代表人擔任本團隊之唯一合法代表與主要聯繫窗口。具體授權及同意事項如下</w:t>
      </w:r>
      <w:r w:rsidR="00075C70">
        <w:rPr>
          <w:rFonts w:ascii="新細明體" w:eastAsia="新細明體" w:hAnsi="新細明體"/>
          <w:sz w:val="24"/>
          <w:szCs w:val="24"/>
          <w:lang w:eastAsia="zh-TW"/>
        </w:rPr>
        <w:t>：</w:t>
      </w:r>
    </w:p>
    <w:p w14:paraId="26C4C0ED" w14:textId="67961E19" w:rsidR="00E51120" w:rsidRPr="00075C70" w:rsidRDefault="00000000" w:rsidP="00075C70">
      <w:pPr>
        <w:pStyle w:val="ae"/>
        <w:numPr>
          <w:ilvl w:val="0"/>
          <w:numId w:val="10"/>
        </w:numPr>
        <w:spacing w:after="160" w:line="300" w:lineRule="auto"/>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該代表人有權處理本競賽之報名資料填寫、作品提交、文件簽署、文件送達及與主辦單位之所有公務聯繫。</w:t>
      </w:r>
    </w:p>
    <w:p w14:paraId="6529F9AB" w14:textId="39D23939" w:rsidR="00E51120" w:rsidRPr="00075C70" w:rsidRDefault="00000000" w:rsidP="00075C70">
      <w:pPr>
        <w:pStyle w:val="ae"/>
        <w:numPr>
          <w:ilvl w:val="0"/>
          <w:numId w:val="10"/>
        </w:numPr>
        <w:spacing w:after="160" w:line="300" w:lineRule="auto"/>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本團隊成員知悉且同意</w:t>
      </w:r>
      <w:r w:rsidR="00075C70">
        <w:rPr>
          <w:rFonts w:ascii="新細明體" w:eastAsia="新細明體" w:hAnsi="新細明體" w:hint="eastAsia"/>
          <w:sz w:val="24"/>
          <w:szCs w:val="24"/>
          <w:lang w:eastAsia="zh-TW"/>
        </w:rPr>
        <w:t>，</w:t>
      </w:r>
      <w:r w:rsidRPr="00075C70">
        <w:rPr>
          <w:rFonts w:ascii="新細明體" w:eastAsia="新細明體" w:hAnsi="新細明體"/>
          <w:sz w:val="24"/>
          <w:szCs w:val="24"/>
          <w:lang w:eastAsia="zh-TW"/>
        </w:rPr>
        <w:t>主辦單位向該代表人所為之任何通知(如得獎通知、補件通知等)</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即視同已送達本團隊全體成員。</w:t>
      </w:r>
    </w:p>
    <w:p w14:paraId="165C1075" w14:textId="76588A2E" w:rsidR="00E51120" w:rsidRPr="00075C70" w:rsidRDefault="00000000" w:rsidP="00075C70">
      <w:pPr>
        <w:pStyle w:val="ae"/>
        <w:numPr>
          <w:ilvl w:val="0"/>
          <w:numId w:val="10"/>
        </w:numPr>
        <w:spacing w:after="160" w:line="300" w:lineRule="auto"/>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如本作品獲得本活動之相關獎項與獎金</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全體成員同意由該代表人代表團隊領取獎金、獎狀及證書。全體成員應自行與該代表人協調內部獎金分配與著作權歸屬比例</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主辦單位不負擔團隊內部權利分配或爭議之任何法律責任。</w:t>
      </w:r>
    </w:p>
    <w:p w14:paraId="64F00B3A" w14:textId="64B69F3C" w:rsidR="00E51120" w:rsidRPr="00075C70" w:rsidRDefault="00000000" w:rsidP="00075C70">
      <w:pPr>
        <w:pStyle w:val="ae"/>
        <w:numPr>
          <w:ilvl w:val="0"/>
          <w:numId w:val="10"/>
        </w:numPr>
        <w:spacing w:after="160" w:line="300" w:lineRule="auto"/>
        <w:rPr>
          <w:rFonts w:ascii="新細明體" w:eastAsia="新細明體" w:hAnsi="新細明體" w:hint="eastAsia"/>
          <w:sz w:val="24"/>
          <w:szCs w:val="24"/>
          <w:lang w:eastAsia="zh-TW"/>
        </w:rPr>
      </w:pPr>
      <w:r w:rsidRPr="00075C70">
        <w:rPr>
          <w:rFonts w:ascii="新細明體" w:eastAsia="新細明體" w:hAnsi="新細明體"/>
          <w:sz w:val="24"/>
          <w:szCs w:val="24"/>
          <w:lang w:eastAsia="zh-TW"/>
        </w:rPr>
        <w:t>本團隊全體成員均已詳細閱讀本活動之競賽規章、個資聲明及著作權同意書</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並承諾共同遵守相關規定</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若有任何一人違反</w:t>
      </w:r>
      <w:r w:rsidR="00075C70">
        <w:rPr>
          <w:rFonts w:ascii="新細明體" w:eastAsia="新細明體" w:hAnsi="新細明體"/>
          <w:sz w:val="24"/>
          <w:szCs w:val="24"/>
          <w:lang w:eastAsia="zh-TW"/>
        </w:rPr>
        <w:t>，</w:t>
      </w:r>
      <w:r w:rsidRPr="00075C70">
        <w:rPr>
          <w:rFonts w:ascii="新細明體" w:eastAsia="新細明體" w:hAnsi="新細明體"/>
          <w:sz w:val="24"/>
          <w:szCs w:val="24"/>
          <w:lang w:eastAsia="zh-TW"/>
        </w:rPr>
        <w:t>全隊均願承擔取消參賽及得獎資格之處分。</w:t>
      </w:r>
    </w:p>
    <w:p w14:paraId="67EBAF26" w14:textId="18FCC6B6" w:rsidR="00E51120" w:rsidRPr="00075C70" w:rsidRDefault="00000000">
      <w:pPr>
        <w:spacing w:before="240" w:after="120"/>
        <w:rPr>
          <w:rFonts w:ascii="新細明體" w:eastAsia="新細明體" w:hAnsi="新細明體" w:hint="eastAsia"/>
          <w:sz w:val="24"/>
          <w:szCs w:val="24"/>
          <w:lang w:eastAsia="zh-TW"/>
        </w:rPr>
      </w:pPr>
      <w:r w:rsidRPr="00075C70">
        <w:rPr>
          <w:rFonts w:ascii="新細明體" w:eastAsia="新細明體" w:hAnsi="新細明體"/>
          <w:b/>
          <w:sz w:val="24"/>
          <w:szCs w:val="24"/>
          <w:lang w:eastAsia="zh-TW"/>
        </w:rPr>
        <w:t>全體成員簽章(含授權代表本人)</w:t>
      </w:r>
      <w:r w:rsidR="00075C70">
        <w:rPr>
          <w:rFonts w:ascii="新細明體" w:eastAsia="新細明體" w:hAnsi="新細明體"/>
          <w:b/>
          <w:sz w:val="24"/>
          <w:szCs w:val="24"/>
          <w:lang w:eastAsia="zh-TW"/>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2880"/>
        <w:gridCol w:w="2880"/>
        <w:gridCol w:w="2160"/>
      </w:tblGrid>
      <w:tr w:rsidR="00E51120" w:rsidRPr="00075C70" w14:paraId="7F97A236" w14:textId="77777777" w:rsidTr="00075C70">
        <w:trPr>
          <w:jc w:val="center"/>
        </w:trPr>
        <w:tc>
          <w:tcPr>
            <w:tcW w:w="1440" w:type="dxa"/>
            <w:shd w:val="clear" w:color="auto" w:fill="003366"/>
          </w:tcPr>
          <w:p w14:paraId="57AB210A" w14:textId="77777777" w:rsidR="00E51120" w:rsidRPr="00075C70" w:rsidRDefault="00000000">
            <w:pPr>
              <w:jc w:val="center"/>
              <w:rPr>
                <w:rFonts w:ascii="新細明體" w:eastAsia="新細明體" w:hAnsi="新細明體" w:hint="eastAsia"/>
                <w:sz w:val="24"/>
                <w:szCs w:val="24"/>
              </w:rPr>
            </w:pPr>
            <w:proofErr w:type="spellStart"/>
            <w:r w:rsidRPr="00075C70">
              <w:rPr>
                <w:rFonts w:ascii="新細明體" w:eastAsia="新細明體" w:hAnsi="新細明體"/>
                <w:b/>
                <w:color w:val="FFFFFF"/>
                <w:sz w:val="24"/>
                <w:szCs w:val="24"/>
              </w:rPr>
              <w:t>隊員序</w:t>
            </w:r>
            <w:proofErr w:type="spellEnd"/>
          </w:p>
        </w:tc>
        <w:tc>
          <w:tcPr>
            <w:tcW w:w="2880" w:type="dxa"/>
            <w:shd w:val="clear" w:color="auto" w:fill="003366"/>
          </w:tcPr>
          <w:p w14:paraId="5B1F6D79" w14:textId="77777777" w:rsidR="00E51120" w:rsidRPr="00075C70" w:rsidRDefault="00000000">
            <w:pPr>
              <w:jc w:val="center"/>
              <w:rPr>
                <w:rFonts w:ascii="新細明體" w:eastAsia="新細明體" w:hAnsi="新細明體" w:hint="eastAsia"/>
                <w:sz w:val="24"/>
                <w:szCs w:val="24"/>
              </w:rPr>
            </w:pPr>
            <w:r w:rsidRPr="00075C70">
              <w:rPr>
                <w:rFonts w:ascii="新細明體" w:eastAsia="新細明體" w:hAnsi="新細明體"/>
                <w:b/>
                <w:color w:val="FFFFFF"/>
                <w:sz w:val="24"/>
                <w:szCs w:val="24"/>
              </w:rPr>
              <w:t>姓名(親筆簽名)</w:t>
            </w:r>
          </w:p>
        </w:tc>
        <w:tc>
          <w:tcPr>
            <w:tcW w:w="2880" w:type="dxa"/>
            <w:shd w:val="clear" w:color="auto" w:fill="003366"/>
          </w:tcPr>
          <w:p w14:paraId="5FB7A9ED" w14:textId="46780D40" w:rsidR="00E51120" w:rsidRPr="00075C70" w:rsidRDefault="00000000">
            <w:pPr>
              <w:jc w:val="center"/>
              <w:rPr>
                <w:rFonts w:ascii="新細明體" w:eastAsia="新細明體" w:hAnsi="新細明體" w:hint="eastAsia"/>
                <w:sz w:val="24"/>
                <w:szCs w:val="24"/>
              </w:rPr>
            </w:pPr>
            <w:proofErr w:type="spellStart"/>
            <w:r w:rsidRPr="00075C70">
              <w:rPr>
                <w:rFonts w:ascii="新細明體" w:eastAsia="新細明體" w:hAnsi="新細明體"/>
                <w:b/>
                <w:color w:val="FFFFFF"/>
                <w:sz w:val="24"/>
                <w:szCs w:val="24"/>
              </w:rPr>
              <w:t>身分證字號</w:t>
            </w:r>
            <w:proofErr w:type="spellEnd"/>
          </w:p>
        </w:tc>
        <w:tc>
          <w:tcPr>
            <w:tcW w:w="2160" w:type="dxa"/>
            <w:shd w:val="clear" w:color="auto" w:fill="003366"/>
          </w:tcPr>
          <w:p w14:paraId="23FEC350" w14:textId="77777777" w:rsidR="00E51120" w:rsidRPr="00075C70" w:rsidRDefault="00000000">
            <w:pPr>
              <w:jc w:val="center"/>
              <w:rPr>
                <w:rFonts w:ascii="新細明體" w:eastAsia="新細明體" w:hAnsi="新細明體" w:hint="eastAsia"/>
                <w:sz w:val="24"/>
                <w:szCs w:val="24"/>
              </w:rPr>
            </w:pPr>
            <w:r w:rsidRPr="00075C70">
              <w:rPr>
                <w:rFonts w:ascii="新細明體" w:eastAsia="新細明體" w:hAnsi="新細明體"/>
                <w:b/>
                <w:color w:val="FFFFFF"/>
                <w:sz w:val="24"/>
                <w:szCs w:val="24"/>
              </w:rPr>
              <w:t>電話</w:t>
            </w:r>
          </w:p>
        </w:tc>
      </w:tr>
      <w:tr w:rsidR="00E51120" w:rsidRPr="00075C70" w14:paraId="110DDCE8" w14:textId="77777777" w:rsidTr="00075C70">
        <w:trPr>
          <w:jc w:val="center"/>
        </w:trPr>
        <w:tc>
          <w:tcPr>
            <w:tcW w:w="1440" w:type="dxa"/>
          </w:tcPr>
          <w:p w14:paraId="7736DCC3" w14:textId="77777777" w:rsidR="00E51120" w:rsidRPr="00075C70" w:rsidRDefault="00000000">
            <w:pPr>
              <w:jc w:val="center"/>
              <w:rPr>
                <w:rFonts w:ascii="新細明體" w:eastAsia="新細明體" w:hAnsi="新細明體" w:hint="eastAsia"/>
                <w:sz w:val="24"/>
                <w:szCs w:val="24"/>
              </w:rPr>
            </w:pPr>
            <w:r w:rsidRPr="00075C70">
              <w:rPr>
                <w:rFonts w:ascii="新細明體" w:eastAsia="新細明體" w:hAnsi="新細明體"/>
                <w:sz w:val="24"/>
                <w:szCs w:val="24"/>
              </w:rPr>
              <w:t>1 (代表)</w:t>
            </w:r>
          </w:p>
        </w:tc>
        <w:tc>
          <w:tcPr>
            <w:tcW w:w="2880" w:type="dxa"/>
          </w:tcPr>
          <w:p w14:paraId="0EC01B74" w14:textId="77777777" w:rsidR="00E51120" w:rsidRPr="00075C70" w:rsidRDefault="00E51120">
            <w:pPr>
              <w:rPr>
                <w:rFonts w:ascii="新細明體" w:eastAsia="新細明體" w:hAnsi="新細明體" w:hint="eastAsia"/>
                <w:sz w:val="24"/>
                <w:szCs w:val="24"/>
              </w:rPr>
            </w:pPr>
          </w:p>
        </w:tc>
        <w:tc>
          <w:tcPr>
            <w:tcW w:w="2880" w:type="dxa"/>
          </w:tcPr>
          <w:p w14:paraId="7AE9F94B" w14:textId="77777777" w:rsidR="00E51120" w:rsidRPr="00075C70" w:rsidRDefault="00E51120">
            <w:pPr>
              <w:rPr>
                <w:rFonts w:ascii="新細明體" w:eastAsia="新細明體" w:hAnsi="新細明體" w:hint="eastAsia"/>
                <w:sz w:val="24"/>
                <w:szCs w:val="24"/>
              </w:rPr>
            </w:pPr>
          </w:p>
        </w:tc>
        <w:tc>
          <w:tcPr>
            <w:tcW w:w="2160" w:type="dxa"/>
          </w:tcPr>
          <w:p w14:paraId="7D0DAF5F" w14:textId="77777777" w:rsidR="00E51120" w:rsidRPr="00075C70" w:rsidRDefault="00E51120">
            <w:pPr>
              <w:rPr>
                <w:rFonts w:ascii="新細明體" w:eastAsia="新細明體" w:hAnsi="新細明體" w:hint="eastAsia"/>
                <w:sz w:val="24"/>
                <w:szCs w:val="24"/>
              </w:rPr>
            </w:pPr>
          </w:p>
        </w:tc>
      </w:tr>
      <w:tr w:rsidR="00E51120" w:rsidRPr="00075C70" w14:paraId="3E007C53" w14:textId="77777777" w:rsidTr="00075C70">
        <w:trPr>
          <w:jc w:val="center"/>
        </w:trPr>
        <w:tc>
          <w:tcPr>
            <w:tcW w:w="1440" w:type="dxa"/>
          </w:tcPr>
          <w:p w14:paraId="5BE05A77" w14:textId="77777777" w:rsidR="00E51120" w:rsidRPr="00075C70" w:rsidRDefault="00000000">
            <w:pPr>
              <w:jc w:val="center"/>
              <w:rPr>
                <w:rFonts w:ascii="新細明體" w:eastAsia="新細明體" w:hAnsi="新細明體" w:hint="eastAsia"/>
                <w:sz w:val="24"/>
                <w:szCs w:val="24"/>
              </w:rPr>
            </w:pPr>
            <w:r w:rsidRPr="00075C70">
              <w:rPr>
                <w:rFonts w:ascii="新細明體" w:eastAsia="新細明體" w:hAnsi="新細明體"/>
                <w:sz w:val="24"/>
                <w:szCs w:val="24"/>
              </w:rPr>
              <w:t>2</w:t>
            </w:r>
          </w:p>
        </w:tc>
        <w:tc>
          <w:tcPr>
            <w:tcW w:w="2880" w:type="dxa"/>
          </w:tcPr>
          <w:p w14:paraId="48FB6B2F" w14:textId="77777777" w:rsidR="00E51120" w:rsidRPr="00075C70" w:rsidRDefault="00E51120">
            <w:pPr>
              <w:rPr>
                <w:rFonts w:ascii="新細明體" w:eastAsia="新細明體" w:hAnsi="新細明體" w:hint="eastAsia"/>
                <w:sz w:val="24"/>
                <w:szCs w:val="24"/>
              </w:rPr>
            </w:pPr>
          </w:p>
        </w:tc>
        <w:tc>
          <w:tcPr>
            <w:tcW w:w="2880" w:type="dxa"/>
          </w:tcPr>
          <w:p w14:paraId="704BCFC0" w14:textId="77777777" w:rsidR="00E51120" w:rsidRPr="00075C70" w:rsidRDefault="00E51120">
            <w:pPr>
              <w:rPr>
                <w:rFonts w:ascii="新細明體" w:eastAsia="新細明體" w:hAnsi="新細明體" w:hint="eastAsia"/>
                <w:sz w:val="24"/>
                <w:szCs w:val="24"/>
              </w:rPr>
            </w:pPr>
          </w:p>
        </w:tc>
        <w:tc>
          <w:tcPr>
            <w:tcW w:w="2160" w:type="dxa"/>
          </w:tcPr>
          <w:p w14:paraId="276DE53F" w14:textId="77777777" w:rsidR="00E51120" w:rsidRPr="00075C70" w:rsidRDefault="00E51120">
            <w:pPr>
              <w:rPr>
                <w:rFonts w:ascii="新細明體" w:eastAsia="新細明體" w:hAnsi="新細明體" w:hint="eastAsia"/>
                <w:sz w:val="24"/>
                <w:szCs w:val="24"/>
              </w:rPr>
            </w:pPr>
          </w:p>
        </w:tc>
      </w:tr>
      <w:tr w:rsidR="00E51120" w:rsidRPr="00075C70" w14:paraId="34492F74" w14:textId="77777777" w:rsidTr="00075C70">
        <w:trPr>
          <w:jc w:val="center"/>
        </w:trPr>
        <w:tc>
          <w:tcPr>
            <w:tcW w:w="1440" w:type="dxa"/>
          </w:tcPr>
          <w:p w14:paraId="33AE5F35" w14:textId="77777777" w:rsidR="00E51120" w:rsidRPr="00075C70" w:rsidRDefault="00000000">
            <w:pPr>
              <w:jc w:val="center"/>
              <w:rPr>
                <w:rFonts w:ascii="新細明體" w:eastAsia="新細明體" w:hAnsi="新細明體" w:hint="eastAsia"/>
                <w:sz w:val="24"/>
                <w:szCs w:val="24"/>
              </w:rPr>
            </w:pPr>
            <w:r w:rsidRPr="00075C70">
              <w:rPr>
                <w:rFonts w:ascii="新細明體" w:eastAsia="新細明體" w:hAnsi="新細明體"/>
                <w:sz w:val="24"/>
                <w:szCs w:val="24"/>
              </w:rPr>
              <w:t>3</w:t>
            </w:r>
          </w:p>
        </w:tc>
        <w:tc>
          <w:tcPr>
            <w:tcW w:w="2880" w:type="dxa"/>
          </w:tcPr>
          <w:p w14:paraId="4387530A" w14:textId="77777777" w:rsidR="00E51120" w:rsidRPr="00075C70" w:rsidRDefault="00E51120">
            <w:pPr>
              <w:rPr>
                <w:rFonts w:ascii="新細明體" w:eastAsia="新細明體" w:hAnsi="新細明體" w:hint="eastAsia"/>
                <w:sz w:val="24"/>
                <w:szCs w:val="24"/>
              </w:rPr>
            </w:pPr>
          </w:p>
        </w:tc>
        <w:tc>
          <w:tcPr>
            <w:tcW w:w="2880" w:type="dxa"/>
          </w:tcPr>
          <w:p w14:paraId="398977DB" w14:textId="77777777" w:rsidR="00E51120" w:rsidRPr="00075C70" w:rsidRDefault="00E51120">
            <w:pPr>
              <w:rPr>
                <w:rFonts w:ascii="新細明體" w:eastAsia="新細明體" w:hAnsi="新細明體" w:hint="eastAsia"/>
                <w:sz w:val="24"/>
                <w:szCs w:val="24"/>
              </w:rPr>
            </w:pPr>
          </w:p>
        </w:tc>
        <w:tc>
          <w:tcPr>
            <w:tcW w:w="2160" w:type="dxa"/>
          </w:tcPr>
          <w:p w14:paraId="69C7E280" w14:textId="77777777" w:rsidR="00E51120" w:rsidRPr="00075C70" w:rsidRDefault="00E51120">
            <w:pPr>
              <w:rPr>
                <w:rFonts w:ascii="新細明體" w:eastAsia="新細明體" w:hAnsi="新細明體" w:hint="eastAsia"/>
                <w:sz w:val="24"/>
                <w:szCs w:val="24"/>
              </w:rPr>
            </w:pPr>
          </w:p>
        </w:tc>
      </w:tr>
    </w:tbl>
    <w:p w14:paraId="76AE3EA4" w14:textId="77777777" w:rsidR="00E51120" w:rsidRPr="00075C70" w:rsidRDefault="00000000">
      <w:pPr>
        <w:spacing w:before="320"/>
        <w:rPr>
          <w:rFonts w:ascii="新細明體" w:eastAsia="新細明體" w:hAnsi="新細明體" w:hint="eastAsia"/>
          <w:sz w:val="24"/>
          <w:szCs w:val="24"/>
        </w:rPr>
      </w:pPr>
      <w:r w:rsidRPr="00075C70">
        <w:rPr>
          <w:rFonts w:ascii="新細明體" w:eastAsia="新細明體" w:hAnsi="新細明體"/>
          <w:sz w:val="24"/>
          <w:szCs w:val="24"/>
        </w:rPr>
        <w:t>中華民國           年           月           日</w:t>
      </w:r>
    </w:p>
    <w:sectPr w:rsidR="00E51120" w:rsidRPr="00075C7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3A4E"/>
    <w:multiLevelType w:val="hybridMultilevel"/>
    <w:tmpl w:val="1FE622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73634374">
    <w:abstractNumId w:val="8"/>
  </w:num>
  <w:num w:numId="2" w16cid:durableId="241139702">
    <w:abstractNumId w:val="6"/>
  </w:num>
  <w:num w:numId="3" w16cid:durableId="1070496650">
    <w:abstractNumId w:val="5"/>
  </w:num>
  <w:num w:numId="4" w16cid:durableId="47539837">
    <w:abstractNumId w:val="4"/>
  </w:num>
  <w:num w:numId="5" w16cid:durableId="362485186">
    <w:abstractNumId w:val="7"/>
  </w:num>
  <w:num w:numId="6" w16cid:durableId="1770390824">
    <w:abstractNumId w:val="3"/>
  </w:num>
  <w:num w:numId="7" w16cid:durableId="1885095678">
    <w:abstractNumId w:val="2"/>
  </w:num>
  <w:num w:numId="8" w16cid:durableId="2020503465">
    <w:abstractNumId w:val="1"/>
  </w:num>
  <w:num w:numId="9" w16cid:durableId="1541438036">
    <w:abstractNumId w:val="0"/>
  </w:num>
  <w:num w:numId="10" w16cid:durableId="3071333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C70"/>
    <w:rsid w:val="000A6F1B"/>
    <w:rsid w:val="0015074B"/>
    <w:rsid w:val="0029639D"/>
    <w:rsid w:val="00326F90"/>
    <w:rsid w:val="00AA1D8D"/>
    <w:rsid w:val="00B47730"/>
    <w:rsid w:val="00CB0664"/>
    <w:rsid w:val="00E511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C00D17"/>
  <w14:defaultImageDpi w14:val="300"/>
  <w15:docId w15:val="{3BB12115-A0CD-4F43-B293-D7C0DAEE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微軟正黑體" w:hAnsi="微軟正黑體"/>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84</Words>
  <Characters>482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郁淇 許</cp:lastModifiedBy>
  <cp:revision>2</cp:revision>
  <dcterms:created xsi:type="dcterms:W3CDTF">2013-12-23T23:15:00Z</dcterms:created>
  <dcterms:modified xsi:type="dcterms:W3CDTF">2026-08-12T06:37:00Z</dcterms:modified>
  <cp:category/>
</cp:coreProperties>
</file>